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6632A" w14:textId="77777777" w:rsidR="00152BD4" w:rsidRDefault="00152BD4">
      <w:pPr>
        <w:jc w:val="center"/>
        <w:rPr>
          <w:b/>
          <w:color w:val="14233B"/>
          <w:sz w:val="28"/>
        </w:rPr>
      </w:pPr>
    </w:p>
    <w:p w14:paraId="63290652" w14:textId="77777777" w:rsidR="00152BD4" w:rsidRPr="00152BD4" w:rsidRDefault="00000000">
      <w:pPr>
        <w:jc w:val="center"/>
        <w:rPr>
          <w:b/>
          <w:color w:val="14233B"/>
          <w:sz w:val="32"/>
          <w:szCs w:val="32"/>
        </w:rPr>
      </w:pPr>
      <w:r w:rsidRPr="00152BD4">
        <w:rPr>
          <w:b/>
          <w:color w:val="14233B"/>
          <w:sz w:val="32"/>
          <w:szCs w:val="32"/>
        </w:rPr>
        <w:t xml:space="preserve">CERERE </w:t>
      </w:r>
    </w:p>
    <w:p w14:paraId="29E42425" w14:textId="35F7168E" w:rsidR="00C879F9" w:rsidRPr="00152BD4" w:rsidRDefault="00000000">
      <w:pPr>
        <w:jc w:val="center"/>
        <w:rPr>
          <w:sz w:val="24"/>
          <w:szCs w:val="24"/>
        </w:rPr>
      </w:pPr>
      <w:r w:rsidRPr="00152BD4">
        <w:rPr>
          <w:b/>
          <w:color w:val="14233B"/>
          <w:sz w:val="24"/>
          <w:szCs w:val="24"/>
        </w:rPr>
        <w:t>PENTRU ELABORAREA STUDIULUI EIS</w:t>
      </w:r>
    </w:p>
    <w:p w14:paraId="304B692C" w14:textId="77777777" w:rsidR="00C879F9" w:rsidRDefault="00000000">
      <w:pPr>
        <w:jc w:val="center"/>
        <w:rPr>
          <w:b/>
          <w:color w:val="2D79D8"/>
        </w:rPr>
      </w:pPr>
      <w:r>
        <w:rPr>
          <w:b/>
          <w:color w:val="2D79D8"/>
        </w:rPr>
        <w:t xml:space="preserve">Studiu de evaluare </w:t>
      </w:r>
      <w:proofErr w:type="gramStart"/>
      <w:r>
        <w:rPr>
          <w:b/>
          <w:color w:val="2D79D8"/>
        </w:rPr>
        <w:t>a</w:t>
      </w:r>
      <w:proofErr w:type="gramEnd"/>
      <w:r>
        <w:rPr>
          <w:b/>
          <w:color w:val="2D79D8"/>
        </w:rPr>
        <w:t xml:space="preserve"> </w:t>
      </w:r>
      <w:proofErr w:type="spellStart"/>
      <w:r>
        <w:rPr>
          <w:b/>
          <w:color w:val="2D79D8"/>
        </w:rPr>
        <w:t>impactului</w:t>
      </w:r>
      <w:proofErr w:type="spellEnd"/>
      <w:r>
        <w:rPr>
          <w:b/>
          <w:color w:val="2D79D8"/>
        </w:rPr>
        <w:t xml:space="preserve"> </w:t>
      </w:r>
      <w:proofErr w:type="spellStart"/>
      <w:r>
        <w:rPr>
          <w:b/>
          <w:color w:val="2D79D8"/>
        </w:rPr>
        <w:t>asupra</w:t>
      </w:r>
      <w:proofErr w:type="spellEnd"/>
      <w:r>
        <w:rPr>
          <w:b/>
          <w:color w:val="2D79D8"/>
        </w:rPr>
        <w:t xml:space="preserve"> </w:t>
      </w:r>
      <w:proofErr w:type="spellStart"/>
      <w:r>
        <w:rPr>
          <w:b/>
          <w:color w:val="2D79D8"/>
        </w:rPr>
        <w:t>sănătății</w:t>
      </w:r>
      <w:proofErr w:type="spellEnd"/>
      <w:r>
        <w:rPr>
          <w:b/>
          <w:color w:val="2D79D8"/>
        </w:rPr>
        <w:t xml:space="preserve"> </w:t>
      </w:r>
      <w:proofErr w:type="spellStart"/>
      <w:r>
        <w:rPr>
          <w:b/>
          <w:color w:val="2D79D8"/>
        </w:rPr>
        <w:t>populației</w:t>
      </w:r>
      <w:proofErr w:type="spellEnd"/>
    </w:p>
    <w:p w14:paraId="0F96E4C0" w14:textId="77777777" w:rsidR="00152BD4" w:rsidRDefault="00152BD4">
      <w:pPr>
        <w:jc w:val="center"/>
      </w:pPr>
    </w:p>
    <w:p w14:paraId="580E8CA2" w14:textId="77777777" w:rsidR="00C879F9" w:rsidRDefault="00000000" w:rsidP="00152BD4">
      <w:r>
        <w:rPr>
          <w:b/>
        </w:rPr>
        <w:t xml:space="preserve">Către: </w:t>
      </w:r>
      <w:r>
        <w:t>S.C. MEDCONSULTING EXPERT S.R.L.</w:t>
      </w:r>
    </w:p>
    <w:p w14:paraId="71743350" w14:textId="77777777" w:rsidR="00152BD4" w:rsidRDefault="00152BD4" w:rsidP="00152BD4"/>
    <w:p w14:paraId="4135FFEA" w14:textId="77777777" w:rsidR="00C879F9" w:rsidRDefault="00000000">
      <w:pPr>
        <w:spacing w:before="160" w:after="60"/>
      </w:pPr>
      <w:r>
        <w:rPr>
          <w:b/>
          <w:color w:val="1F61B8"/>
          <w:sz w:val="22"/>
        </w:rPr>
        <w:t>1. DATE BENEFICIAR / SOLICITANT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15"/>
        <w:gridCol w:w="6223"/>
      </w:tblGrid>
      <w:tr w:rsidR="00C879F9" w14:paraId="6959EBC6" w14:textId="77777777" w:rsidTr="00FC4BE1">
        <w:trPr>
          <w:jc w:val="center"/>
        </w:trPr>
        <w:tc>
          <w:tcPr>
            <w:tcW w:w="3415" w:type="dxa"/>
            <w:shd w:val="clear" w:color="auto" w:fill="EEF6FF"/>
            <w:vAlign w:val="center"/>
          </w:tcPr>
          <w:p w14:paraId="4FA77E69" w14:textId="77777777" w:rsidR="00C879F9" w:rsidRDefault="00000000">
            <w:proofErr w:type="spellStart"/>
            <w:r>
              <w:rPr>
                <w:b/>
                <w:sz w:val="18"/>
              </w:rPr>
              <w:t>Denumire</w:t>
            </w:r>
            <w:proofErr w:type="spellEnd"/>
            <w:r>
              <w:rPr>
                <w:b/>
                <w:sz w:val="18"/>
              </w:rPr>
              <w:t xml:space="preserve"> beneficiar / solicitant</w:t>
            </w:r>
          </w:p>
        </w:tc>
        <w:tc>
          <w:tcPr>
            <w:tcW w:w="6223" w:type="dxa"/>
            <w:vAlign w:val="center"/>
          </w:tcPr>
          <w:p w14:paraId="67A96A25" w14:textId="16F7C63B" w:rsidR="00C879F9" w:rsidRDefault="00C879F9"/>
        </w:tc>
      </w:tr>
      <w:tr w:rsidR="00C879F9" w14:paraId="67D9CC2C" w14:textId="77777777" w:rsidTr="00FC4BE1">
        <w:trPr>
          <w:jc w:val="center"/>
        </w:trPr>
        <w:tc>
          <w:tcPr>
            <w:tcW w:w="3415" w:type="dxa"/>
            <w:shd w:val="clear" w:color="auto" w:fill="EEF6FF"/>
            <w:vAlign w:val="center"/>
          </w:tcPr>
          <w:p w14:paraId="39B6FF12" w14:textId="77777777" w:rsidR="00C879F9" w:rsidRDefault="00000000">
            <w:r>
              <w:rPr>
                <w:b/>
                <w:sz w:val="18"/>
              </w:rPr>
              <w:t>CUI / CNP</w:t>
            </w:r>
          </w:p>
        </w:tc>
        <w:tc>
          <w:tcPr>
            <w:tcW w:w="6223" w:type="dxa"/>
            <w:vAlign w:val="center"/>
          </w:tcPr>
          <w:p w14:paraId="3C641DD8" w14:textId="3A7C848F" w:rsidR="00C879F9" w:rsidRDefault="00C879F9"/>
        </w:tc>
      </w:tr>
      <w:tr w:rsidR="00C879F9" w14:paraId="62CA278B" w14:textId="77777777" w:rsidTr="00FC4BE1">
        <w:trPr>
          <w:jc w:val="center"/>
        </w:trPr>
        <w:tc>
          <w:tcPr>
            <w:tcW w:w="3415" w:type="dxa"/>
            <w:shd w:val="clear" w:color="auto" w:fill="EEF6FF"/>
            <w:vAlign w:val="center"/>
          </w:tcPr>
          <w:p w14:paraId="297A929F" w14:textId="77777777" w:rsidR="00C879F9" w:rsidRDefault="00000000">
            <w:r>
              <w:rPr>
                <w:b/>
                <w:sz w:val="18"/>
              </w:rPr>
              <w:t>Sediu / adresă</w:t>
            </w:r>
          </w:p>
        </w:tc>
        <w:tc>
          <w:tcPr>
            <w:tcW w:w="6223" w:type="dxa"/>
            <w:vAlign w:val="center"/>
          </w:tcPr>
          <w:p w14:paraId="5E57A10C" w14:textId="55F63934" w:rsidR="00C879F9" w:rsidRDefault="00C879F9"/>
        </w:tc>
      </w:tr>
      <w:tr w:rsidR="00C879F9" w14:paraId="55F2EF5B" w14:textId="77777777" w:rsidTr="00FC4BE1">
        <w:trPr>
          <w:jc w:val="center"/>
        </w:trPr>
        <w:tc>
          <w:tcPr>
            <w:tcW w:w="3415" w:type="dxa"/>
            <w:shd w:val="clear" w:color="auto" w:fill="EEF6FF"/>
            <w:vAlign w:val="center"/>
          </w:tcPr>
          <w:p w14:paraId="005BE5B4" w14:textId="77777777" w:rsidR="00C879F9" w:rsidRDefault="00000000">
            <w:r>
              <w:rPr>
                <w:b/>
                <w:sz w:val="18"/>
              </w:rPr>
              <w:t>Reprezentant legal</w:t>
            </w:r>
          </w:p>
        </w:tc>
        <w:tc>
          <w:tcPr>
            <w:tcW w:w="6223" w:type="dxa"/>
            <w:vAlign w:val="center"/>
          </w:tcPr>
          <w:p w14:paraId="6087D493" w14:textId="61FD5A8D" w:rsidR="00C879F9" w:rsidRDefault="00C879F9"/>
        </w:tc>
      </w:tr>
      <w:tr w:rsidR="00C879F9" w14:paraId="132BDC32" w14:textId="77777777" w:rsidTr="00FC4BE1">
        <w:trPr>
          <w:jc w:val="center"/>
        </w:trPr>
        <w:tc>
          <w:tcPr>
            <w:tcW w:w="3415" w:type="dxa"/>
            <w:shd w:val="clear" w:color="auto" w:fill="EEF6FF"/>
            <w:vAlign w:val="center"/>
          </w:tcPr>
          <w:p w14:paraId="63D56A1F" w14:textId="77777777" w:rsidR="00C879F9" w:rsidRDefault="00000000">
            <w:r>
              <w:rPr>
                <w:b/>
                <w:sz w:val="18"/>
              </w:rPr>
              <w:t>Telefon</w:t>
            </w:r>
          </w:p>
        </w:tc>
        <w:tc>
          <w:tcPr>
            <w:tcW w:w="6223" w:type="dxa"/>
            <w:vAlign w:val="center"/>
          </w:tcPr>
          <w:p w14:paraId="0D550EF7" w14:textId="4F87CB2F" w:rsidR="00C879F9" w:rsidRDefault="00C879F9"/>
        </w:tc>
      </w:tr>
      <w:tr w:rsidR="00C879F9" w14:paraId="20A74E31" w14:textId="77777777" w:rsidTr="00FC4BE1">
        <w:trPr>
          <w:jc w:val="center"/>
        </w:trPr>
        <w:tc>
          <w:tcPr>
            <w:tcW w:w="3415" w:type="dxa"/>
            <w:shd w:val="clear" w:color="auto" w:fill="EEF6FF"/>
            <w:vAlign w:val="center"/>
          </w:tcPr>
          <w:p w14:paraId="14AB2210" w14:textId="77777777" w:rsidR="00C879F9" w:rsidRDefault="00000000">
            <w:r>
              <w:rPr>
                <w:b/>
                <w:sz w:val="18"/>
              </w:rPr>
              <w:t>Email</w:t>
            </w:r>
          </w:p>
        </w:tc>
        <w:tc>
          <w:tcPr>
            <w:tcW w:w="6223" w:type="dxa"/>
            <w:vAlign w:val="center"/>
          </w:tcPr>
          <w:p w14:paraId="044686A0" w14:textId="278A9C7F" w:rsidR="00C879F9" w:rsidRDefault="00C879F9"/>
        </w:tc>
      </w:tr>
    </w:tbl>
    <w:p w14:paraId="6375D35B" w14:textId="77777777" w:rsidR="00152BD4" w:rsidRDefault="00152BD4">
      <w:pPr>
        <w:spacing w:before="160" w:after="60"/>
        <w:rPr>
          <w:b/>
          <w:color w:val="1F61B8"/>
          <w:sz w:val="22"/>
        </w:rPr>
      </w:pPr>
    </w:p>
    <w:p w14:paraId="4D6F6BC4" w14:textId="01E5AEF6" w:rsidR="00C879F9" w:rsidRDefault="00000000">
      <w:pPr>
        <w:spacing w:before="160" w:after="60"/>
      </w:pPr>
      <w:r>
        <w:rPr>
          <w:b/>
          <w:color w:val="1F61B8"/>
          <w:sz w:val="22"/>
        </w:rPr>
        <w:t>2. OBIECTIVUL PENTRU CARE SE SOLICITĂ STUDIUL EIS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313"/>
      </w:tblGrid>
      <w:tr w:rsidR="00C879F9" w14:paraId="2C9A7660" w14:textId="77777777" w:rsidTr="00FC4BE1">
        <w:tc>
          <w:tcPr>
            <w:tcW w:w="3325" w:type="dxa"/>
            <w:shd w:val="clear" w:color="auto" w:fill="EEF6FF"/>
            <w:vAlign w:val="center"/>
          </w:tcPr>
          <w:p w14:paraId="4686205C" w14:textId="77777777" w:rsidR="00C879F9" w:rsidRDefault="00000000">
            <w:proofErr w:type="spellStart"/>
            <w:r>
              <w:rPr>
                <w:b/>
                <w:sz w:val="18"/>
              </w:rPr>
              <w:t>Denumirea</w:t>
            </w:r>
            <w:proofErr w:type="spellEnd"/>
            <w:r>
              <w:rPr>
                <w:b/>
                <w:sz w:val="18"/>
              </w:rPr>
              <w:t xml:space="preserve"> proiectului / obiectivului</w:t>
            </w:r>
          </w:p>
        </w:tc>
        <w:tc>
          <w:tcPr>
            <w:tcW w:w="6313" w:type="dxa"/>
            <w:vAlign w:val="center"/>
          </w:tcPr>
          <w:p w14:paraId="22944151" w14:textId="0BA2867D" w:rsidR="00C879F9" w:rsidRDefault="00C879F9"/>
        </w:tc>
      </w:tr>
      <w:tr w:rsidR="00C879F9" w14:paraId="27F94DCE" w14:textId="77777777" w:rsidTr="00FC4BE1">
        <w:tc>
          <w:tcPr>
            <w:tcW w:w="3325" w:type="dxa"/>
            <w:shd w:val="clear" w:color="auto" w:fill="EEF6FF"/>
            <w:vAlign w:val="center"/>
          </w:tcPr>
          <w:p w14:paraId="3CBC1253" w14:textId="77777777" w:rsidR="00C879F9" w:rsidRDefault="00000000">
            <w:r>
              <w:rPr>
                <w:b/>
                <w:sz w:val="18"/>
              </w:rPr>
              <w:t>Amplasament</w:t>
            </w:r>
          </w:p>
        </w:tc>
        <w:tc>
          <w:tcPr>
            <w:tcW w:w="6313" w:type="dxa"/>
            <w:vAlign w:val="center"/>
          </w:tcPr>
          <w:p w14:paraId="1617BEA4" w14:textId="750E0E6C" w:rsidR="00C879F9" w:rsidRDefault="00C879F9"/>
        </w:tc>
      </w:tr>
      <w:tr w:rsidR="00C879F9" w14:paraId="2DC3CEE7" w14:textId="77777777" w:rsidTr="00FC4BE1">
        <w:tc>
          <w:tcPr>
            <w:tcW w:w="3325" w:type="dxa"/>
            <w:shd w:val="clear" w:color="auto" w:fill="EEF6FF"/>
            <w:vAlign w:val="center"/>
          </w:tcPr>
          <w:p w14:paraId="222AA277" w14:textId="77777777" w:rsidR="00C879F9" w:rsidRDefault="00000000">
            <w:r>
              <w:rPr>
                <w:b/>
                <w:sz w:val="18"/>
              </w:rPr>
              <w:t>Tip activitate / funcțiune</w:t>
            </w:r>
          </w:p>
        </w:tc>
        <w:tc>
          <w:tcPr>
            <w:tcW w:w="6313" w:type="dxa"/>
            <w:vAlign w:val="center"/>
          </w:tcPr>
          <w:p w14:paraId="58A785C5" w14:textId="374C3B19" w:rsidR="00C879F9" w:rsidRDefault="00C879F9"/>
        </w:tc>
      </w:tr>
      <w:tr w:rsidR="00C879F9" w14:paraId="20DC7029" w14:textId="77777777" w:rsidTr="00FC4BE1">
        <w:tc>
          <w:tcPr>
            <w:tcW w:w="3325" w:type="dxa"/>
            <w:shd w:val="clear" w:color="auto" w:fill="EEF6FF"/>
            <w:vAlign w:val="center"/>
          </w:tcPr>
          <w:p w14:paraId="4BE542D1" w14:textId="77777777" w:rsidR="00C879F9" w:rsidRDefault="00000000">
            <w:r>
              <w:rPr>
                <w:b/>
                <w:sz w:val="18"/>
              </w:rPr>
              <w:t>Etapa documentației</w:t>
            </w:r>
          </w:p>
        </w:tc>
        <w:tc>
          <w:tcPr>
            <w:tcW w:w="6313" w:type="dxa"/>
            <w:vAlign w:val="center"/>
          </w:tcPr>
          <w:p w14:paraId="35413008" w14:textId="0283FD49" w:rsidR="00C879F9" w:rsidRDefault="00C879F9"/>
        </w:tc>
      </w:tr>
      <w:tr w:rsidR="00C879F9" w14:paraId="57494144" w14:textId="77777777" w:rsidTr="00FC4BE1">
        <w:tc>
          <w:tcPr>
            <w:tcW w:w="3325" w:type="dxa"/>
            <w:shd w:val="clear" w:color="auto" w:fill="EEF6FF"/>
            <w:vAlign w:val="center"/>
          </w:tcPr>
          <w:p w14:paraId="43C792C9" w14:textId="2A8C39A9" w:rsidR="00C879F9" w:rsidRDefault="00000000">
            <w:r>
              <w:rPr>
                <w:b/>
                <w:sz w:val="18"/>
              </w:rPr>
              <w:t xml:space="preserve">Autoritatea </w:t>
            </w:r>
            <w:proofErr w:type="spellStart"/>
            <w:r>
              <w:rPr>
                <w:b/>
                <w:sz w:val="18"/>
              </w:rPr>
              <w:t>solicitantă</w:t>
            </w:r>
            <w:proofErr w:type="spellEnd"/>
            <w:r>
              <w:rPr>
                <w:b/>
                <w:sz w:val="18"/>
              </w:rPr>
              <w:t xml:space="preserve"> / </w:t>
            </w:r>
            <w:proofErr w:type="spellStart"/>
            <w:r>
              <w:rPr>
                <w:b/>
                <w:sz w:val="18"/>
              </w:rPr>
              <w:t>adresă</w:t>
            </w:r>
            <w:proofErr w:type="spellEnd"/>
            <w:r>
              <w:rPr>
                <w:b/>
                <w:sz w:val="18"/>
              </w:rPr>
              <w:t xml:space="preserve"> DSP</w:t>
            </w:r>
          </w:p>
        </w:tc>
        <w:tc>
          <w:tcPr>
            <w:tcW w:w="6313" w:type="dxa"/>
            <w:vAlign w:val="center"/>
          </w:tcPr>
          <w:p w14:paraId="5A570435" w14:textId="1C988CC6" w:rsidR="00C879F9" w:rsidRDefault="00C879F9"/>
        </w:tc>
      </w:tr>
    </w:tbl>
    <w:p w14:paraId="4C215D6B" w14:textId="77777777" w:rsidR="00FC4BE1" w:rsidRDefault="00FC4BE1">
      <w:pPr>
        <w:spacing w:before="160" w:after="60"/>
        <w:rPr>
          <w:b/>
          <w:color w:val="1F61B8"/>
          <w:sz w:val="22"/>
        </w:rPr>
      </w:pPr>
    </w:p>
    <w:p w14:paraId="3059A9A4" w14:textId="235D44B3" w:rsidR="00C879F9" w:rsidRDefault="00000000">
      <w:pPr>
        <w:spacing w:before="160" w:after="60"/>
      </w:pPr>
      <w:r>
        <w:rPr>
          <w:b/>
          <w:color w:val="1F61B8"/>
          <w:sz w:val="22"/>
        </w:rPr>
        <w:t>3. SOLICITARE</w:t>
      </w:r>
    </w:p>
    <w:p w14:paraId="7ACDCD8B" w14:textId="051E30CF" w:rsidR="00C879F9" w:rsidRDefault="00152BD4" w:rsidP="00152BD4">
      <w:r>
        <w:t xml:space="preserve">   </w:t>
      </w:r>
      <w:r w:rsidR="00000000">
        <w:t xml:space="preserve">Prin </w:t>
      </w:r>
      <w:proofErr w:type="spellStart"/>
      <w:r w:rsidR="00000000">
        <w:t>prezenta</w:t>
      </w:r>
      <w:proofErr w:type="spellEnd"/>
      <w:r w:rsidR="00000000">
        <w:t xml:space="preserve">, solicit </w:t>
      </w:r>
      <w:proofErr w:type="spellStart"/>
      <w:r w:rsidR="00000000">
        <w:t>elaborarea</w:t>
      </w:r>
      <w:proofErr w:type="spellEnd"/>
      <w:r w:rsidR="00000000">
        <w:t xml:space="preserve"> </w:t>
      </w:r>
      <w:proofErr w:type="spellStart"/>
      <w:r w:rsidR="00000000">
        <w:t>Studiului</w:t>
      </w:r>
      <w:proofErr w:type="spellEnd"/>
      <w:r w:rsidR="00000000">
        <w:t xml:space="preserve"> de Evaluare a Impactului asupra Sănătății Populației (EIS) pentru obiectivul menționat mai sus, în vederea utilizării documentației în procedura de analiză/avizare/solicitare formulată de autoritățile competente, după caz.</w:t>
      </w:r>
    </w:p>
    <w:p w14:paraId="44534CF3" w14:textId="72B475B5" w:rsidR="00C879F9" w:rsidRDefault="00000000">
      <w:pPr>
        <w:spacing w:before="160" w:after="60"/>
      </w:pPr>
      <w:r>
        <w:rPr>
          <w:b/>
          <w:color w:val="1F61B8"/>
          <w:sz w:val="22"/>
        </w:rPr>
        <w:t>4. DOCUMENTE UZUALE NECESARE</w:t>
      </w:r>
    </w:p>
    <w:p w14:paraId="3A1954CB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</w:t>
      </w:r>
      <w:proofErr w:type="spellStart"/>
      <w:r w:rsidRPr="00677910">
        <w:rPr>
          <w:bCs/>
        </w:rPr>
        <w:t>Cererea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completată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și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semnată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pentru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elaborarea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studiului</w:t>
      </w:r>
      <w:proofErr w:type="spellEnd"/>
      <w:r w:rsidRPr="00677910">
        <w:rPr>
          <w:bCs/>
        </w:rPr>
        <w:t xml:space="preserve"> </w:t>
      </w:r>
      <w:proofErr w:type="gramStart"/>
      <w:r w:rsidRPr="00677910">
        <w:rPr>
          <w:bCs/>
        </w:rPr>
        <w:t>EIS;</w:t>
      </w:r>
      <w:proofErr w:type="gramEnd"/>
    </w:p>
    <w:p w14:paraId="78D6B55A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</w:t>
      </w:r>
      <w:proofErr w:type="spellStart"/>
      <w:r w:rsidRPr="00677910">
        <w:rPr>
          <w:bCs/>
        </w:rPr>
        <w:t>Certificat</w:t>
      </w:r>
      <w:proofErr w:type="spellEnd"/>
      <w:r w:rsidRPr="00677910">
        <w:rPr>
          <w:bCs/>
        </w:rPr>
        <w:t xml:space="preserve"> de urbanism, </w:t>
      </w:r>
      <w:proofErr w:type="spellStart"/>
      <w:r w:rsidRPr="00677910">
        <w:rPr>
          <w:bCs/>
        </w:rPr>
        <w:t>dacă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este</w:t>
      </w:r>
      <w:proofErr w:type="spellEnd"/>
      <w:r w:rsidRPr="00677910">
        <w:rPr>
          <w:bCs/>
        </w:rPr>
        <w:t xml:space="preserve"> </w:t>
      </w:r>
      <w:proofErr w:type="spellStart"/>
      <w:proofErr w:type="gramStart"/>
      <w:r w:rsidRPr="00677910">
        <w:rPr>
          <w:bCs/>
        </w:rPr>
        <w:t>cazul</w:t>
      </w:r>
      <w:proofErr w:type="spellEnd"/>
      <w:r w:rsidRPr="00677910">
        <w:rPr>
          <w:bCs/>
        </w:rPr>
        <w:t>;</w:t>
      </w:r>
      <w:proofErr w:type="gramEnd"/>
    </w:p>
    <w:p w14:paraId="5FF83415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Act de </w:t>
      </w:r>
      <w:proofErr w:type="spellStart"/>
      <w:r w:rsidRPr="00677910">
        <w:rPr>
          <w:bCs/>
        </w:rPr>
        <w:t>proprietate</w:t>
      </w:r>
      <w:proofErr w:type="spellEnd"/>
      <w:r w:rsidRPr="00677910">
        <w:rPr>
          <w:bCs/>
        </w:rPr>
        <w:t xml:space="preserve"> / contract de </w:t>
      </w:r>
      <w:proofErr w:type="spellStart"/>
      <w:r w:rsidRPr="00677910">
        <w:rPr>
          <w:bCs/>
        </w:rPr>
        <w:t>închiriere</w:t>
      </w:r>
      <w:proofErr w:type="spellEnd"/>
      <w:r w:rsidRPr="00677910">
        <w:rPr>
          <w:bCs/>
        </w:rPr>
        <w:t xml:space="preserve"> / </w:t>
      </w:r>
      <w:proofErr w:type="spellStart"/>
      <w:r w:rsidRPr="00677910">
        <w:rPr>
          <w:bCs/>
        </w:rPr>
        <w:t>comodat</w:t>
      </w:r>
      <w:proofErr w:type="spellEnd"/>
      <w:r w:rsidRPr="00677910">
        <w:rPr>
          <w:bCs/>
        </w:rPr>
        <w:t xml:space="preserve"> / </w:t>
      </w:r>
      <w:proofErr w:type="spellStart"/>
      <w:r w:rsidRPr="00677910">
        <w:rPr>
          <w:bCs/>
        </w:rPr>
        <w:t>drept</w:t>
      </w:r>
      <w:proofErr w:type="spellEnd"/>
      <w:r w:rsidRPr="00677910">
        <w:rPr>
          <w:bCs/>
        </w:rPr>
        <w:t xml:space="preserve"> de </w:t>
      </w:r>
      <w:proofErr w:type="spellStart"/>
      <w:proofErr w:type="gramStart"/>
      <w:r w:rsidRPr="00677910">
        <w:rPr>
          <w:bCs/>
        </w:rPr>
        <w:t>folosință</w:t>
      </w:r>
      <w:proofErr w:type="spellEnd"/>
      <w:r w:rsidRPr="00677910">
        <w:rPr>
          <w:bCs/>
        </w:rPr>
        <w:t>;</w:t>
      </w:r>
      <w:proofErr w:type="gramEnd"/>
    </w:p>
    <w:p w14:paraId="4FF2E32B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</w:t>
      </w:r>
      <w:proofErr w:type="spellStart"/>
      <w:r w:rsidRPr="00677910">
        <w:rPr>
          <w:bCs/>
        </w:rPr>
        <w:t>Acte</w:t>
      </w:r>
      <w:proofErr w:type="spellEnd"/>
      <w:r w:rsidRPr="00677910">
        <w:rPr>
          <w:bCs/>
        </w:rPr>
        <w:t xml:space="preserve"> de </w:t>
      </w:r>
      <w:proofErr w:type="spellStart"/>
      <w:r w:rsidRPr="00677910">
        <w:rPr>
          <w:bCs/>
        </w:rPr>
        <w:t>identificare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beneficiar</w:t>
      </w:r>
      <w:proofErr w:type="spellEnd"/>
      <w:r w:rsidRPr="00677910">
        <w:rPr>
          <w:bCs/>
        </w:rPr>
        <w:t xml:space="preserve">: CI, CUI, </w:t>
      </w:r>
      <w:proofErr w:type="spellStart"/>
      <w:r w:rsidRPr="00677910">
        <w:rPr>
          <w:bCs/>
        </w:rPr>
        <w:t>certificat</w:t>
      </w:r>
      <w:proofErr w:type="spellEnd"/>
      <w:r w:rsidRPr="00677910">
        <w:rPr>
          <w:bCs/>
        </w:rPr>
        <w:t xml:space="preserve"> de </w:t>
      </w:r>
      <w:proofErr w:type="spellStart"/>
      <w:r w:rsidRPr="00677910">
        <w:rPr>
          <w:bCs/>
        </w:rPr>
        <w:t>înregistrare</w:t>
      </w:r>
      <w:proofErr w:type="spellEnd"/>
      <w:r w:rsidRPr="00677910">
        <w:rPr>
          <w:bCs/>
        </w:rPr>
        <w:t xml:space="preserve">, act </w:t>
      </w:r>
      <w:proofErr w:type="spellStart"/>
      <w:r w:rsidRPr="00677910">
        <w:rPr>
          <w:bCs/>
        </w:rPr>
        <w:t>constitutiv</w:t>
      </w:r>
      <w:proofErr w:type="spellEnd"/>
      <w:r w:rsidRPr="00677910">
        <w:rPr>
          <w:bCs/>
        </w:rPr>
        <w:t xml:space="preserve"> / </w:t>
      </w:r>
      <w:proofErr w:type="spellStart"/>
      <w:r w:rsidRPr="00677910">
        <w:rPr>
          <w:bCs/>
        </w:rPr>
        <w:t>statut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după</w:t>
      </w:r>
      <w:proofErr w:type="spellEnd"/>
      <w:r w:rsidRPr="00677910">
        <w:rPr>
          <w:bCs/>
        </w:rPr>
        <w:t xml:space="preserve"> </w:t>
      </w:r>
      <w:proofErr w:type="spellStart"/>
      <w:proofErr w:type="gramStart"/>
      <w:r w:rsidRPr="00677910">
        <w:rPr>
          <w:bCs/>
        </w:rPr>
        <w:t>caz</w:t>
      </w:r>
      <w:proofErr w:type="spellEnd"/>
      <w:r w:rsidRPr="00677910">
        <w:rPr>
          <w:bCs/>
        </w:rPr>
        <w:t>;</w:t>
      </w:r>
      <w:proofErr w:type="gramEnd"/>
    </w:p>
    <w:p w14:paraId="3401C4C9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Extras de carte </w:t>
      </w:r>
      <w:proofErr w:type="spellStart"/>
      <w:r w:rsidRPr="00677910">
        <w:rPr>
          <w:bCs/>
        </w:rPr>
        <w:t>funciară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și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documentație</w:t>
      </w:r>
      <w:proofErr w:type="spellEnd"/>
      <w:r w:rsidRPr="00677910">
        <w:rPr>
          <w:bCs/>
        </w:rPr>
        <w:t xml:space="preserve"> </w:t>
      </w:r>
      <w:proofErr w:type="spellStart"/>
      <w:proofErr w:type="gramStart"/>
      <w:r w:rsidRPr="00677910">
        <w:rPr>
          <w:bCs/>
        </w:rPr>
        <w:t>cadastrală</w:t>
      </w:r>
      <w:proofErr w:type="spellEnd"/>
      <w:r w:rsidRPr="00677910">
        <w:rPr>
          <w:bCs/>
        </w:rPr>
        <w:t>;</w:t>
      </w:r>
      <w:proofErr w:type="gramEnd"/>
    </w:p>
    <w:p w14:paraId="42E71688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Plan de </w:t>
      </w:r>
      <w:proofErr w:type="spellStart"/>
      <w:r w:rsidRPr="00677910">
        <w:rPr>
          <w:bCs/>
        </w:rPr>
        <w:t>încadrare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în</w:t>
      </w:r>
      <w:proofErr w:type="spellEnd"/>
      <w:r w:rsidRPr="00677910">
        <w:rPr>
          <w:bCs/>
        </w:rPr>
        <w:t xml:space="preserve"> </w:t>
      </w:r>
      <w:proofErr w:type="spellStart"/>
      <w:proofErr w:type="gramStart"/>
      <w:r w:rsidRPr="00677910">
        <w:rPr>
          <w:bCs/>
        </w:rPr>
        <w:t>zonă</w:t>
      </w:r>
      <w:proofErr w:type="spellEnd"/>
      <w:r w:rsidRPr="00677910">
        <w:rPr>
          <w:bCs/>
        </w:rPr>
        <w:t>;</w:t>
      </w:r>
      <w:proofErr w:type="gramEnd"/>
    </w:p>
    <w:p w14:paraId="36582C22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Plan de </w:t>
      </w:r>
      <w:proofErr w:type="spellStart"/>
      <w:r w:rsidRPr="00677910">
        <w:rPr>
          <w:bCs/>
        </w:rPr>
        <w:t>situație</w:t>
      </w:r>
      <w:proofErr w:type="spellEnd"/>
      <w:r w:rsidRPr="00677910">
        <w:rPr>
          <w:bCs/>
        </w:rPr>
        <w:t xml:space="preserve"> cu </w:t>
      </w:r>
      <w:proofErr w:type="spellStart"/>
      <w:r w:rsidRPr="00677910">
        <w:rPr>
          <w:bCs/>
        </w:rPr>
        <w:t>indicarea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distanțelor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față</w:t>
      </w:r>
      <w:proofErr w:type="spellEnd"/>
      <w:r w:rsidRPr="00677910">
        <w:rPr>
          <w:bCs/>
        </w:rPr>
        <w:t xml:space="preserve"> de </w:t>
      </w:r>
      <w:proofErr w:type="spellStart"/>
      <w:r w:rsidRPr="00677910">
        <w:rPr>
          <w:bCs/>
        </w:rPr>
        <w:t>vecinătăți</w:t>
      </w:r>
      <w:proofErr w:type="spellEnd"/>
      <w:r w:rsidRPr="00677910">
        <w:rPr>
          <w:bCs/>
        </w:rPr>
        <w:t xml:space="preserve"> / </w:t>
      </w:r>
      <w:proofErr w:type="spellStart"/>
      <w:r w:rsidRPr="00677910">
        <w:rPr>
          <w:bCs/>
        </w:rPr>
        <w:t>locuințe</w:t>
      </w:r>
      <w:proofErr w:type="spellEnd"/>
      <w:r w:rsidRPr="00677910">
        <w:rPr>
          <w:bCs/>
        </w:rPr>
        <w:t xml:space="preserve"> / </w:t>
      </w:r>
      <w:proofErr w:type="spellStart"/>
      <w:r w:rsidRPr="00677910">
        <w:rPr>
          <w:bCs/>
        </w:rPr>
        <w:t>receptori</w:t>
      </w:r>
      <w:proofErr w:type="spellEnd"/>
      <w:r w:rsidRPr="00677910">
        <w:rPr>
          <w:bCs/>
        </w:rPr>
        <w:t xml:space="preserve"> </w:t>
      </w:r>
      <w:proofErr w:type="spellStart"/>
      <w:proofErr w:type="gramStart"/>
      <w:r w:rsidRPr="00677910">
        <w:rPr>
          <w:bCs/>
        </w:rPr>
        <w:t>sensibili</w:t>
      </w:r>
      <w:proofErr w:type="spellEnd"/>
      <w:r w:rsidRPr="00677910">
        <w:rPr>
          <w:bCs/>
        </w:rPr>
        <w:t>;</w:t>
      </w:r>
      <w:proofErr w:type="gramEnd"/>
    </w:p>
    <w:p w14:paraId="6FA1EE30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</w:t>
      </w:r>
      <w:proofErr w:type="spellStart"/>
      <w:r w:rsidRPr="00677910">
        <w:rPr>
          <w:bCs/>
        </w:rPr>
        <w:t>Memoriu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tehnic</w:t>
      </w:r>
      <w:proofErr w:type="spellEnd"/>
      <w:r w:rsidRPr="00677910">
        <w:rPr>
          <w:bCs/>
        </w:rPr>
        <w:t xml:space="preserve"> / </w:t>
      </w:r>
      <w:proofErr w:type="spellStart"/>
      <w:r w:rsidRPr="00677910">
        <w:rPr>
          <w:bCs/>
        </w:rPr>
        <w:t>memoriu</w:t>
      </w:r>
      <w:proofErr w:type="spellEnd"/>
      <w:r w:rsidRPr="00677910">
        <w:rPr>
          <w:bCs/>
        </w:rPr>
        <w:t xml:space="preserve"> de </w:t>
      </w:r>
      <w:proofErr w:type="spellStart"/>
      <w:r w:rsidRPr="00677910">
        <w:rPr>
          <w:bCs/>
        </w:rPr>
        <w:t>prezentare</w:t>
      </w:r>
      <w:proofErr w:type="spellEnd"/>
      <w:r w:rsidRPr="00677910">
        <w:rPr>
          <w:bCs/>
        </w:rPr>
        <w:t xml:space="preserve"> / </w:t>
      </w:r>
      <w:proofErr w:type="spellStart"/>
      <w:r w:rsidRPr="00677910">
        <w:rPr>
          <w:bCs/>
        </w:rPr>
        <w:t>documentație</w:t>
      </w:r>
      <w:proofErr w:type="spellEnd"/>
      <w:r w:rsidRPr="00677910">
        <w:rPr>
          <w:bCs/>
        </w:rPr>
        <w:t xml:space="preserve"> </w:t>
      </w:r>
      <w:proofErr w:type="spellStart"/>
      <w:proofErr w:type="gramStart"/>
      <w:r w:rsidRPr="00677910">
        <w:rPr>
          <w:bCs/>
        </w:rPr>
        <w:t>tehnică</w:t>
      </w:r>
      <w:proofErr w:type="spellEnd"/>
      <w:r w:rsidRPr="00677910">
        <w:rPr>
          <w:bCs/>
        </w:rPr>
        <w:t>;</w:t>
      </w:r>
      <w:proofErr w:type="gramEnd"/>
    </w:p>
    <w:p w14:paraId="323B9F79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lastRenderedPageBreak/>
        <w:t xml:space="preserve">• </w:t>
      </w:r>
      <w:proofErr w:type="spellStart"/>
      <w:r w:rsidRPr="00677910">
        <w:rPr>
          <w:bCs/>
        </w:rPr>
        <w:t>Memoriu</w:t>
      </w:r>
      <w:proofErr w:type="spellEnd"/>
      <w:r w:rsidRPr="00677910">
        <w:rPr>
          <w:bCs/>
        </w:rPr>
        <w:t xml:space="preserve"> de </w:t>
      </w:r>
      <w:proofErr w:type="spellStart"/>
      <w:r w:rsidRPr="00677910">
        <w:rPr>
          <w:bCs/>
        </w:rPr>
        <w:t>arhitectură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dacă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este</w:t>
      </w:r>
      <w:proofErr w:type="spellEnd"/>
      <w:r w:rsidRPr="00677910">
        <w:rPr>
          <w:bCs/>
        </w:rPr>
        <w:t xml:space="preserve"> </w:t>
      </w:r>
      <w:proofErr w:type="spellStart"/>
      <w:proofErr w:type="gramStart"/>
      <w:r w:rsidRPr="00677910">
        <w:rPr>
          <w:bCs/>
        </w:rPr>
        <w:t>cazul</w:t>
      </w:r>
      <w:proofErr w:type="spellEnd"/>
      <w:r w:rsidRPr="00677910">
        <w:rPr>
          <w:bCs/>
        </w:rPr>
        <w:t>;</w:t>
      </w:r>
      <w:proofErr w:type="gramEnd"/>
    </w:p>
    <w:p w14:paraId="3461BE7F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</w:t>
      </w:r>
      <w:proofErr w:type="spellStart"/>
      <w:r w:rsidRPr="00677910">
        <w:rPr>
          <w:bCs/>
        </w:rPr>
        <w:t>Planuri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arhitecturale</w:t>
      </w:r>
      <w:proofErr w:type="spellEnd"/>
      <w:r w:rsidRPr="00677910">
        <w:rPr>
          <w:bCs/>
        </w:rPr>
        <w:t xml:space="preserve"> / </w:t>
      </w:r>
      <w:proofErr w:type="spellStart"/>
      <w:r w:rsidRPr="00677910">
        <w:rPr>
          <w:bCs/>
        </w:rPr>
        <w:t>relevee</w:t>
      </w:r>
      <w:proofErr w:type="spellEnd"/>
      <w:r w:rsidRPr="00677910">
        <w:rPr>
          <w:bCs/>
        </w:rPr>
        <w:t xml:space="preserve"> / </w:t>
      </w:r>
      <w:proofErr w:type="spellStart"/>
      <w:r w:rsidRPr="00677910">
        <w:rPr>
          <w:bCs/>
        </w:rPr>
        <w:t>planșe</w:t>
      </w:r>
      <w:proofErr w:type="spellEnd"/>
      <w:r w:rsidRPr="00677910">
        <w:rPr>
          <w:bCs/>
        </w:rPr>
        <w:t xml:space="preserve"> </w:t>
      </w:r>
      <w:proofErr w:type="spellStart"/>
      <w:proofErr w:type="gramStart"/>
      <w:r w:rsidRPr="00677910">
        <w:rPr>
          <w:bCs/>
        </w:rPr>
        <w:t>funcționale</w:t>
      </w:r>
      <w:proofErr w:type="spellEnd"/>
      <w:r w:rsidRPr="00677910">
        <w:rPr>
          <w:bCs/>
        </w:rPr>
        <w:t>;</w:t>
      </w:r>
      <w:proofErr w:type="gramEnd"/>
    </w:p>
    <w:p w14:paraId="24D5EA4D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</w:t>
      </w:r>
      <w:proofErr w:type="spellStart"/>
      <w:r w:rsidRPr="00677910">
        <w:rPr>
          <w:bCs/>
        </w:rPr>
        <w:t>Descrierea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activității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propuse</w:t>
      </w:r>
      <w:proofErr w:type="spellEnd"/>
      <w:r w:rsidRPr="00677910">
        <w:rPr>
          <w:bCs/>
        </w:rPr>
        <w:t xml:space="preserve">, capacitate, program, personal, </w:t>
      </w:r>
      <w:proofErr w:type="spellStart"/>
      <w:r w:rsidRPr="00677910">
        <w:rPr>
          <w:bCs/>
        </w:rPr>
        <w:t>fluxuri</w:t>
      </w:r>
      <w:proofErr w:type="spellEnd"/>
      <w:r w:rsidRPr="00677910">
        <w:rPr>
          <w:bCs/>
        </w:rPr>
        <w:t xml:space="preserve"> </w:t>
      </w:r>
      <w:proofErr w:type="spellStart"/>
      <w:proofErr w:type="gramStart"/>
      <w:r w:rsidRPr="00677910">
        <w:rPr>
          <w:bCs/>
        </w:rPr>
        <w:t>tehnologice</w:t>
      </w:r>
      <w:proofErr w:type="spellEnd"/>
      <w:r w:rsidRPr="00677910">
        <w:rPr>
          <w:bCs/>
        </w:rPr>
        <w:t>;</w:t>
      </w:r>
      <w:proofErr w:type="gramEnd"/>
    </w:p>
    <w:p w14:paraId="3D8A4F7C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</w:t>
      </w:r>
      <w:proofErr w:type="spellStart"/>
      <w:r w:rsidRPr="00677910">
        <w:rPr>
          <w:bCs/>
        </w:rPr>
        <w:t>Descrierea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procesului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tehnologic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materii</w:t>
      </w:r>
      <w:proofErr w:type="spellEnd"/>
      <w:r w:rsidRPr="00677910">
        <w:rPr>
          <w:bCs/>
        </w:rPr>
        <w:t xml:space="preserve"> prime, </w:t>
      </w:r>
      <w:proofErr w:type="spellStart"/>
      <w:r w:rsidRPr="00677910">
        <w:rPr>
          <w:bCs/>
        </w:rPr>
        <w:t>produse</w:t>
      </w:r>
      <w:proofErr w:type="spellEnd"/>
      <w:r w:rsidRPr="00677910">
        <w:rPr>
          <w:bCs/>
        </w:rPr>
        <w:t xml:space="preserve"> finite, </w:t>
      </w:r>
      <w:proofErr w:type="spellStart"/>
      <w:r w:rsidRPr="00677910">
        <w:rPr>
          <w:bCs/>
        </w:rPr>
        <w:t>substanțe</w:t>
      </w:r>
      <w:proofErr w:type="spellEnd"/>
      <w:r w:rsidRPr="00677910">
        <w:rPr>
          <w:bCs/>
        </w:rPr>
        <w:t xml:space="preserve"> / </w:t>
      </w:r>
      <w:proofErr w:type="spellStart"/>
      <w:r w:rsidRPr="00677910">
        <w:rPr>
          <w:bCs/>
        </w:rPr>
        <w:t>reactivi</w:t>
      </w:r>
      <w:proofErr w:type="spellEnd"/>
      <w:r w:rsidRPr="00677910">
        <w:rPr>
          <w:bCs/>
        </w:rPr>
        <w:t xml:space="preserve"> / </w:t>
      </w:r>
      <w:proofErr w:type="spellStart"/>
      <w:r w:rsidRPr="00677910">
        <w:rPr>
          <w:bCs/>
        </w:rPr>
        <w:t>materiale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utilizate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după</w:t>
      </w:r>
      <w:proofErr w:type="spellEnd"/>
      <w:r w:rsidRPr="00677910">
        <w:rPr>
          <w:bCs/>
        </w:rPr>
        <w:t xml:space="preserve"> </w:t>
      </w:r>
      <w:proofErr w:type="spellStart"/>
      <w:proofErr w:type="gramStart"/>
      <w:r w:rsidRPr="00677910">
        <w:rPr>
          <w:bCs/>
        </w:rPr>
        <w:t>caz</w:t>
      </w:r>
      <w:proofErr w:type="spellEnd"/>
      <w:r w:rsidRPr="00677910">
        <w:rPr>
          <w:bCs/>
        </w:rPr>
        <w:t>;</w:t>
      </w:r>
      <w:proofErr w:type="gramEnd"/>
    </w:p>
    <w:p w14:paraId="7E1814C5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Date </w:t>
      </w:r>
      <w:proofErr w:type="spellStart"/>
      <w:r w:rsidRPr="00677910">
        <w:rPr>
          <w:bCs/>
        </w:rPr>
        <w:t>privind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utilitățile</w:t>
      </w:r>
      <w:proofErr w:type="spellEnd"/>
      <w:r w:rsidRPr="00677910">
        <w:rPr>
          <w:bCs/>
        </w:rPr>
        <w:t xml:space="preserve">: </w:t>
      </w:r>
      <w:proofErr w:type="spellStart"/>
      <w:r w:rsidRPr="00677910">
        <w:rPr>
          <w:bCs/>
        </w:rPr>
        <w:t>apă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canalizare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energie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electrică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gaz</w:t>
      </w:r>
      <w:proofErr w:type="spellEnd"/>
      <w:r w:rsidRPr="00677910">
        <w:rPr>
          <w:bCs/>
        </w:rPr>
        <w:t xml:space="preserve">, </w:t>
      </w:r>
      <w:proofErr w:type="spellStart"/>
      <w:proofErr w:type="gramStart"/>
      <w:r w:rsidRPr="00677910">
        <w:rPr>
          <w:bCs/>
        </w:rPr>
        <w:t>ventilație</w:t>
      </w:r>
      <w:proofErr w:type="spellEnd"/>
      <w:r w:rsidRPr="00677910">
        <w:rPr>
          <w:bCs/>
        </w:rPr>
        <w:t>;</w:t>
      </w:r>
      <w:proofErr w:type="gramEnd"/>
    </w:p>
    <w:p w14:paraId="7CE1C9C4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Date </w:t>
      </w:r>
      <w:proofErr w:type="spellStart"/>
      <w:r w:rsidRPr="00677910">
        <w:rPr>
          <w:bCs/>
        </w:rPr>
        <w:t>privind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sursele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potențiale</w:t>
      </w:r>
      <w:proofErr w:type="spellEnd"/>
      <w:r w:rsidRPr="00677910">
        <w:rPr>
          <w:bCs/>
        </w:rPr>
        <w:t xml:space="preserve"> de </w:t>
      </w:r>
      <w:proofErr w:type="spellStart"/>
      <w:r w:rsidRPr="00677910">
        <w:rPr>
          <w:bCs/>
        </w:rPr>
        <w:t>poluanți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deșeurile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zgomotul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mirosurile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traficul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și</w:t>
      </w:r>
      <w:proofErr w:type="spellEnd"/>
      <w:r w:rsidRPr="00677910">
        <w:rPr>
          <w:bCs/>
        </w:rPr>
        <w:t xml:space="preserve"> </w:t>
      </w:r>
      <w:proofErr w:type="spellStart"/>
      <w:proofErr w:type="gramStart"/>
      <w:r w:rsidRPr="00677910">
        <w:rPr>
          <w:bCs/>
        </w:rPr>
        <w:t>vecinătățile</w:t>
      </w:r>
      <w:proofErr w:type="spellEnd"/>
      <w:r w:rsidRPr="00677910">
        <w:rPr>
          <w:bCs/>
        </w:rPr>
        <w:t>;</w:t>
      </w:r>
      <w:proofErr w:type="gramEnd"/>
    </w:p>
    <w:p w14:paraId="7D065C4F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</w:t>
      </w:r>
      <w:proofErr w:type="spellStart"/>
      <w:r w:rsidRPr="00677910">
        <w:rPr>
          <w:bCs/>
        </w:rPr>
        <w:t>Adresa</w:t>
      </w:r>
      <w:proofErr w:type="spellEnd"/>
      <w:r w:rsidRPr="00677910">
        <w:rPr>
          <w:bCs/>
        </w:rPr>
        <w:t xml:space="preserve"> / </w:t>
      </w:r>
      <w:proofErr w:type="spellStart"/>
      <w:r w:rsidRPr="00677910">
        <w:rPr>
          <w:bCs/>
        </w:rPr>
        <w:t>solicitarea</w:t>
      </w:r>
      <w:proofErr w:type="spellEnd"/>
      <w:r w:rsidRPr="00677910">
        <w:rPr>
          <w:bCs/>
        </w:rPr>
        <w:t xml:space="preserve"> DSP </w:t>
      </w:r>
      <w:proofErr w:type="spellStart"/>
      <w:r w:rsidRPr="00677910">
        <w:rPr>
          <w:bCs/>
        </w:rPr>
        <w:t>privind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necesitatea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elaborării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studiului</w:t>
      </w:r>
      <w:proofErr w:type="spellEnd"/>
      <w:r w:rsidRPr="00677910">
        <w:rPr>
          <w:bCs/>
        </w:rPr>
        <w:t xml:space="preserve"> EIS, </w:t>
      </w:r>
      <w:proofErr w:type="spellStart"/>
      <w:r w:rsidRPr="00677910">
        <w:rPr>
          <w:bCs/>
        </w:rPr>
        <w:t>dacă</w:t>
      </w:r>
      <w:proofErr w:type="spellEnd"/>
      <w:r w:rsidRPr="00677910">
        <w:rPr>
          <w:bCs/>
        </w:rPr>
        <w:t xml:space="preserve"> </w:t>
      </w:r>
      <w:proofErr w:type="spellStart"/>
      <w:proofErr w:type="gramStart"/>
      <w:r w:rsidRPr="00677910">
        <w:rPr>
          <w:bCs/>
        </w:rPr>
        <w:t>există</w:t>
      </w:r>
      <w:proofErr w:type="spellEnd"/>
      <w:r w:rsidRPr="00677910">
        <w:rPr>
          <w:bCs/>
        </w:rPr>
        <w:t>;</w:t>
      </w:r>
      <w:proofErr w:type="gramEnd"/>
    </w:p>
    <w:p w14:paraId="7810497E" w14:textId="77777777" w:rsidR="00677910" w:rsidRP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</w:t>
      </w:r>
      <w:proofErr w:type="spellStart"/>
      <w:r w:rsidRPr="00677910">
        <w:rPr>
          <w:bCs/>
        </w:rPr>
        <w:t>Decizie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notificare</w:t>
      </w:r>
      <w:proofErr w:type="spellEnd"/>
      <w:r w:rsidRPr="00677910">
        <w:rPr>
          <w:bCs/>
        </w:rPr>
        <w:t xml:space="preserve"> de </w:t>
      </w:r>
      <w:proofErr w:type="spellStart"/>
      <w:r w:rsidRPr="00677910">
        <w:rPr>
          <w:bCs/>
        </w:rPr>
        <w:t>clasare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punct</w:t>
      </w:r>
      <w:proofErr w:type="spellEnd"/>
      <w:r w:rsidRPr="00677910">
        <w:rPr>
          <w:bCs/>
        </w:rPr>
        <w:t xml:space="preserve"> de </w:t>
      </w:r>
      <w:proofErr w:type="spellStart"/>
      <w:r w:rsidRPr="00677910">
        <w:rPr>
          <w:bCs/>
        </w:rPr>
        <w:t>vedere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sau</w:t>
      </w:r>
      <w:proofErr w:type="spellEnd"/>
      <w:r w:rsidRPr="00677910">
        <w:rPr>
          <w:bCs/>
        </w:rPr>
        <w:t xml:space="preserve"> alt act </w:t>
      </w:r>
      <w:proofErr w:type="spellStart"/>
      <w:r w:rsidRPr="00677910">
        <w:rPr>
          <w:bCs/>
        </w:rPr>
        <w:t>emis</w:t>
      </w:r>
      <w:proofErr w:type="spellEnd"/>
      <w:r w:rsidRPr="00677910">
        <w:rPr>
          <w:bCs/>
        </w:rPr>
        <w:t xml:space="preserve"> de </w:t>
      </w:r>
      <w:proofErr w:type="spellStart"/>
      <w:r w:rsidRPr="00677910">
        <w:rPr>
          <w:bCs/>
        </w:rPr>
        <w:t>autoritatea</w:t>
      </w:r>
      <w:proofErr w:type="spellEnd"/>
      <w:r w:rsidRPr="00677910">
        <w:rPr>
          <w:bCs/>
        </w:rPr>
        <w:t xml:space="preserve"> de </w:t>
      </w:r>
      <w:proofErr w:type="spellStart"/>
      <w:r w:rsidRPr="00677910">
        <w:rPr>
          <w:bCs/>
        </w:rPr>
        <w:t>mediu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dacă</w:t>
      </w:r>
      <w:proofErr w:type="spellEnd"/>
      <w:r w:rsidRPr="00677910">
        <w:rPr>
          <w:bCs/>
        </w:rPr>
        <w:t xml:space="preserve"> </w:t>
      </w:r>
      <w:proofErr w:type="spellStart"/>
      <w:proofErr w:type="gramStart"/>
      <w:r w:rsidRPr="00677910">
        <w:rPr>
          <w:bCs/>
        </w:rPr>
        <w:t>există</w:t>
      </w:r>
      <w:proofErr w:type="spellEnd"/>
      <w:r w:rsidRPr="00677910">
        <w:rPr>
          <w:bCs/>
        </w:rPr>
        <w:t>;</w:t>
      </w:r>
      <w:proofErr w:type="gramEnd"/>
    </w:p>
    <w:p w14:paraId="6BACDDB7" w14:textId="77777777" w:rsidR="00677910" w:rsidRDefault="00677910" w:rsidP="00677910">
      <w:pPr>
        <w:spacing w:before="160" w:after="60" w:line="240" w:lineRule="auto"/>
        <w:rPr>
          <w:bCs/>
        </w:rPr>
      </w:pPr>
      <w:r w:rsidRPr="00677910">
        <w:rPr>
          <w:bCs/>
        </w:rPr>
        <w:t xml:space="preserve">• </w:t>
      </w:r>
      <w:proofErr w:type="spellStart"/>
      <w:r w:rsidRPr="00677910">
        <w:rPr>
          <w:bCs/>
        </w:rPr>
        <w:t>Fișe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tehnice</w:t>
      </w:r>
      <w:proofErr w:type="spellEnd"/>
      <w:r w:rsidRPr="00677910">
        <w:rPr>
          <w:bCs/>
        </w:rPr>
        <w:t xml:space="preserve">, </w:t>
      </w:r>
      <w:proofErr w:type="spellStart"/>
      <w:r w:rsidRPr="00677910">
        <w:rPr>
          <w:bCs/>
        </w:rPr>
        <w:t>avize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și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acorduri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stabilite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prin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certificatul</w:t>
      </w:r>
      <w:proofErr w:type="spellEnd"/>
      <w:r w:rsidRPr="00677910">
        <w:rPr>
          <w:bCs/>
        </w:rPr>
        <w:t xml:space="preserve"> de urbanism, </w:t>
      </w:r>
      <w:proofErr w:type="spellStart"/>
      <w:r w:rsidRPr="00677910">
        <w:rPr>
          <w:bCs/>
        </w:rPr>
        <w:t>dacă</w:t>
      </w:r>
      <w:proofErr w:type="spellEnd"/>
      <w:r w:rsidRPr="00677910">
        <w:rPr>
          <w:bCs/>
        </w:rPr>
        <w:t xml:space="preserve"> </w:t>
      </w:r>
      <w:proofErr w:type="spellStart"/>
      <w:r w:rsidRPr="00677910">
        <w:rPr>
          <w:bCs/>
        </w:rPr>
        <w:t>există</w:t>
      </w:r>
      <w:proofErr w:type="spellEnd"/>
      <w:r w:rsidRPr="00677910">
        <w:rPr>
          <w:bCs/>
        </w:rPr>
        <w:t>.</w:t>
      </w:r>
    </w:p>
    <w:p w14:paraId="6D0A4FCC" w14:textId="718DE591" w:rsidR="00C879F9" w:rsidRDefault="00000000" w:rsidP="00677910">
      <w:pPr>
        <w:spacing w:before="160" w:after="60"/>
      </w:pPr>
      <w:r>
        <w:rPr>
          <w:b/>
          <w:color w:val="1F61B8"/>
          <w:sz w:val="22"/>
        </w:rPr>
        <w:t>5. DOCUMENTE SUPLIMENTARE, DUPĂ CAZ</w:t>
      </w:r>
    </w:p>
    <w:p w14:paraId="0F8B497E" w14:textId="77777777" w:rsidR="00677910" w:rsidRDefault="00677910" w:rsidP="00677910">
      <w:pPr>
        <w:spacing w:before="160" w:after="60" w:line="240" w:lineRule="auto"/>
      </w:pPr>
      <w:r>
        <w:t xml:space="preserve">• </w:t>
      </w:r>
      <w:proofErr w:type="spellStart"/>
      <w:r>
        <w:t>Studiu</w:t>
      </w:r>
      <w:proofErr w:type="spellEnd"/>
      <w:r>
        <w:t xml:space="preserve"> </w:t>
      </w:r>
      <w:proofErr w:type="spellStart"/>
      <w:r>
        <w:t>geotehnic</w:t>
      </w:r>
      <w:proofErr w:type="spellEnd"/>
      <w:r>
        <w:t xml:space="preserve">, </w:t>
      </w:r>
      <w:proofErr w:type="spellStart"/>
      <w:r>
        <w:t>expertiză</w:t>
      </w:r>
      <w:proofErr w:type="spellEnd"/>
      <w:r>
        <w:t xml:space="preserve"> </w:t>
      </w:r>
      <w:proofErr w:type="spellStart"/>
      <w:r>
        <w:t>tehnică</w:t>
      </w:r>
      <w:proofErr w:type="spellEnd"/>
      <w:r>
        <w:t xml:space="preserve">, </w:t>
      </w:r>
      <w:proofErr w:type="spellStart"/>
      <w:r>
        <w:t>studiu</w:t>
      </w:r>
      <w:proofErr w:type="spellEnd"/>
      <w:r>
        <w:t xml:space="preserve"> </w:t>
      </w:r>
      <w:proofErr w:type="spellStart"/>
      <w:r>
        <w:t>acustic</w:t>
      </w:r>
      <w:proofErr w:type="spellEnd"/>
      <w:r>
        <w:t xml:space="preserve">, </w:t>
      </w:r>
      <w:proofErr w:type="spellStart"/>
      <w:r>
        <w:t>studiu</w:t>
      </w:r>
      <w:proofErr w:type="spellEnd"/>
      <w:r>
        <w:t xml:space="preserve"> de </w:t>
      </w:r>
      <w:proofErr w:type="spellStart"/>
      <w:r>
        <w:t>însorire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studii</w:t>
      </w:r>
      <w:proofErr w:type="spellEnd"/>
      <w:r>
        <w:t xml:space="preserve"> de </w:t>
      </w:r>
      <w:proofErr w:type="spellStart"/>
      <w:proofErr w:type="gramStart"/>
      <w:r>
        <w:t>specialitate</w:t>
      </w:r>
      <w:proofErr w:type="spellEnd"/>
      <w:r>
        <w:t>;</w:t>
      </w:r>
      <w:proofErr w:type="gramEnd"/>
    </w:p>
    <w:p w14:paraId="6D8F1E71" w14:textId="77777777" w:rsidR="00677910" w:rsidRDefault="00677910" w:rsidP="00677910">
      <w:pPr>
        <w:spacing w:before="160" w:after="60" w:line="240" w:lineRule="auto"/>
      </w:pPr>
      <w:r>
        <w:t xml:space="preserve">• </w:t>
      </w:r>
      <w:proofErr w:type="spellStart"/>
      <w:r>
        <w:t>Raport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 / RIM, </w:t>
      </w:r>
      <w:proofErr w:type="spellStart"/>
      <w:r>
        <w:t>inclusiv</w:t>
      </w:r>
      <w:proofErr w:type="spellEnd"/>
      <w:r>
        <w:t xml:space="preserve"> </w:t>
      </w:r>
      <w:proofErr w:type="spellStart"/>
      <w:r>
        <w:t>studiu</w:t>
      </w:r>
      <w:proofErr w:type="spellEnd"/>
      <w:r>
        <w:t xml:space="preserve"> de </w:t>
      </w:r>
      <w:proofErr w:type="spellStart"/>
      <w:r>
        <w:t>dispersie</w:t>
      </w:r>
      <w:proofErr w:type="spellEnd"/>
      <w:r>
        <w:t xml:space="preserve"> a </w:t>
      </w:r>
      <w:proofErr w:type="spellStart"/>
      <w:r>
        <w:t>poluanților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proiectele</w:t>
      </w:r>
      <w:proofErr w:type="spellEnd"/>
      <w:r>
        <w:t xml:space="preserve"> care se </w:t>
      </w:r>
      <w:proofErr w:type="spellStart"/>
      <w:r>
        <w:t>supun</w:t>
      </w:r>
      <w:proofErr w:type="spellEnd"/>
      <w:r>
        <w:t xml:space="preserve"> </w:t>
      </w:r>
      <w:proofErr w:type="spellStart"/>
      <w:r>
        <w:t>procedurii</w:t>
      </w:r>
      <w:proofErr w:type="spellEnd"/>
      <w:r>
        <w:t xml:space="preserve"> de </w:t>
      </w:r>
      <w:proofErr w:type="spellStart"/>
      <w:r>
        <w:t>evaluare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impactului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>;</w:t>
      </w:r>
    </w:p>
    <w:p w14:paraId="268FD3AE" w14:textId="77777777" w:rsidR="00677910" w:rsidRDefault="00677910" w:rsidP="00677910">
      <w:pPr>
        <w:spacing w:before="160" w:after="60" w:line="240" w:lineRule="auto"/>
      </w:pPr>
      <w:r>
        <w:t xml:space="preserve">• </w:t>
      </w:r>
      <w:proofErr w:type="spellStart"/>
      <w:r>
        <w:t>Buletine</w:t>
      </w:r>
      <w:proofErr w:type="spellEnd"/>
      <w:r>
        <w:t xml:space="preserve"> de </w:t>
      </w:r>
      <w:proofErr w:type="spellStart"/>
      <w:r>
        <w:t>analiză</w:t>
      </w:r>
      <w:proofErr w:type="spellEnd"/>
      <w:r>
        <w:t xml:space="preserve"> </w:t>
      </w:r>
      <w:proofErr w:type="spellStart"/>
      <w:r>
        <w:t>apă</w:t>
      </w:r>
      <w:proofErr w:type="spellEnd"/>
      <w:r>
        <w:t xml:space="preserve"> / </w:t>
      </w:r>
      <w:proofErr w:type="spellStart"/>
      <w:r>
        <w:t>aer</w:t>
      </w:r>
      <w:proofErr w:type="spellEnd"/>
      <w:r>
        <w:t xml:space="preserve"> / sol / </w:t>
      </w:r>
      <w:proofErr w:type="spellStart"/>
      <w:r>
        <w:t>emisii</w:t>
      </w:r>
      <w:proofErr w:type="spellEnd"/>
      <w:r>
        <w:t xml:space="preserve"> / </w:t>
      </w:r>
      <w:proofErr w:type="spellStart"/>
      <w:r>
        <w:t>zgomot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</w:t>
      </w:r>
      <w:proofErr w:type="spellStart"/>
      <w:proofErr w:type="gramStart"/>
      <w:r>
        <w:t>caz</w:t>
      </w:r>
      <w:proofErr w:type="spellEnd"/>
      <w:r>
        <w:t>;</w:t>
      </w:r>
      <w:proofErr w:type="gramEnd"/>
    </w:p>
    <w:p w14:paraId="76B89326" w14:textId="77777777" w:rsidR="00677910" w:rsidRDefault="00677910" w:rsidP="00677910">
      <w:pPr>
        <w:spacing w:before="160" w:after="60" w:line="240" w:lineRule="auto"/>
      </w:pPr>
      <w:r>
        <w:t xml:space="preserve">• </w:t>
      </w:r>
      <w:proofErr w:type="spellStart"/>
      <w:r>
        <w:t>Planuri</w:t>
      </w:r>
      <w:proofErr w:type="spellEnd"/>
      <w:r>
        <w:t xml:space="preserve"> de </w:t>
      </w:r>
      <w:proofErr w:type="spellStart"/>
      <w:r>
        <w:t>monitorizare</w:t>
      </w:r>
      <w:proofErr w:type="spellEnd"/>
      <w:r>
        <w:t xml:space="preserve">, </w:t>
      </w:r>
      <w:proofErr w:type="spellStart"/>
      <w:r>
        <w:t>bilanțuri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, </w:t>
      </w:r>
      <w:proofErr w:type="spellStart"/>
      <w:r>
        <w:t>rapoarte</w:t>
      </w:r>
      <w:proofErr w:type="spellEnd"/>
      <w:r>
        <w:t xml:space="preserve"> </w:t>
      </w:r>
      <w:proofErr w:type="spellStart"/>
      <w:r>
        <w:t>anuale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obiective</w:t>
      </w:r>
      <w:proofErr w:type="spellEnd"/>
      <w:r>
        <w:t xml:space="preserve"> </w:t>
      </w:r>
      <w:proofErr w:type="spellStart"/>
      <w:r>
        <w:t>existente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proofErr w:type="gramStart"/>
      <w:r>
        <w:t>funcționale</w:t>
      </w:r>
      <w:proofErr w:type="spellEnd"/>
      <w:r>
        <w:t>;</w:t>
      </w:r>
      <w:proofErr w:type="gramEnd"/>
    </w:p>
    <w:p w14:paraId="21F209F3" w14:textId="77777777" w:rsidR="00677910" w:rsidRDefault="00677910" w:rsidP="00677910">
      <w:pPr>
        <w:spacing w:before="160" w:after="60" w:line="240" w:lineRule="auto"/>
      </w:pPr>
      <w:r>
        <w:t xml:space="preserve">• </w:t>
      </w:r>
      <w:proofErr w:type="spellStart"/>
      <w:r>
        <w:t>Contracte</w:t>
      </w:r>
      <w:proofErr w:type="spellEnd"/>
      <w:r>
        <w:t xml:space="preserve"> </w:t>
      </w:r>
      <w:proofErr w:type="spellStart"/>
      <w:r>
        <w:t>salubritate</w:t>
      </w:r>
      <w:proofErr w:type="spellEnd"/>
      <w:r>
        <w:t xml:space="preserve">, DDD, </w:t>
      </w:r>
      <w:proofErr w:type="spellStart"/>
      <w:r>
        <w:t>neutralizare</w:t>
      </w:r>
      <w:proofErr w:type="spellEnd"/>
      <w:r>
        <w:t xml:space="preserve"> </w:t>
      </w:r>
      <w:proofErr w:type="spellStart"/>
      <w:r>
        <w:t>deșeuri</w:t>
      </w:r>
      <w:proofErr w:type="spellEnd"/>
      <w:r>
        <w:t xml:space="preserve">, </w:t>
      </w:r>
      <w:proofErr w:type="spellStart"/>
      <w:r>
        <w:t>vidanjare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servicii</w:t>
      </w:r>
      <w:proofErr w:type="spellEnd"/>
      <w:r>
        <w:t xml:space="preserve"> </w:t>
      </w:r>
      <w:proofErr w:type="spellStart"/>
      <w:proofErr w:type="gramStart"/>
      <w:r>
        <w:t>relevante</w:t>
      </w:r>
      <w:proofErr w:type="spellEnd"/>
      <w:r>
        <w:t>;</w:t>
      </w:r>
      <w:proofErr w:type="gramEnd"/>
    </w:p>
    <w:p w14:paraId="5D746D8B" w14:textId="77777777" w:rsidR="00677910" w:rsidRDefault="00677910" w:rsidP="00677910">
      <w:pPr>
        <w:spacing w:before="160" w:after="60" w:line="240" w:lineRule="auto"/>
      </w:pPr>
      <w:r>
        <w:t xml:space="preserve">• </w:t>
      </w:r>
      <w:proofErr w:type="spellStart"/>
      <w:r>
        <w:t>Autorizații</w:t>
      </w:r>
      <w:proofErr w:type="spellEnd"/>
      <w:r>
        <w:t xml:space="preserve"> / </w:t>
      </w:r>
      <w:proofErr w:type="spellStart"/>
      <w:r>
        <w:t>avize</w:t>
      </w:r>
      <w:proofErr w:type="spellEnd"/>
      <w:r>
        <w:t xml:space="preserve"> / </w:t>
      </w:r>
      <w:proofErr w:type="spellStart"/>
      <w:r>
        <w:t>acorduri</w:t>
      </w:r>
      <w:proofErr w:type="spellEnd"/>
      <w:r>
        <w:t xml:space="preserve"> </w:t>
      </w:r>
      <w:proofErr w:type="spellStart"/>
      <w:proofErr w:type="gramStart"/>
      <w:r>
        <w:t>existente</w:t>
      </w:r>
      <w:proofErr w:type="spellEnd"/>
      <w:r>
        <w:t>;</w:t>
      </w:r>
      <w:proofErr w:type="gramEnd"/>
    </w:p>
    <w:p w14:paraId="569B4529" w14:textId="77777777" w:rsidR="00677910" w:rsidRDefault="00677910" w:rsidP="00677910">
      <w:pPr>
        <w:spacing w:before="160" w:after="60" w:line="240" w:lineRule="auto"/>
      </w:pPr>
      <w:r>
        <w:t xml:space="preserve">• PUZ / </w:t>
      </w:r>
      <w:proofErr w:type="spellStart"/>
      <w:r>
        <w:t>documentații</w:t>
      </w:r>
      <w:proofErr w:type="spellEnd"/>
      <w:r>
        <w:t xml:space="preserve"> </w:t>
      </w:r>
      <w:proofErr w:type="spellStart"/>
      <w:r>
        <w:t>urbanistice</w:t>
      </w:r>
      <w:proofErr w:type="spellEnd"/>
      <w:r>
        <w:t xml:space="preserve"> </w:t>
      </w:r>
      <w:proofErr w:type="spellStart"/>
      <w:r>
        <w:t>aprobate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sunt </w:t>
      </w:r>
      <w:proofErr w:type="spellStart"/>
      <w:proofErr w:type="gramStart"/>
      <w:r>
        <w:t>aplicabile</w:t>
      </w:r>
      <w:proofErr w:type="spellEnd"/>
      <w:r>
        <w:t>;</w:t>
      </w:r>
      <w:proofErr w:type="gramEnd"/>
    </w:p>
    <w:p w14:paraId="1DB923AB" w14:textId="77777777" w:rsidR="00677910" w:rsidRDefault="00677910" w:rsidP="00677910">
      <w:pPr>
        <w:spacing w:before="160" w:after="60" w:line="240" w:lineRule="auto"/>
      </w:pPr>
      <w:r>
        <w:t xml:space="preserve">• </w:t>
      </w:r>
      <w:proofErr w:type="spellStart"/>
      <w:r>
        <w:t>Rapoarte</w:t>
      </w:r>
      <w:proofErr w:type="spellEnd"/>
      <w:r>
        <w:t xml:space="preserve"> de </w:t>
      </w:r>
      <w:proofErr w:type="spellStart"/>
      <w:r>
        <w:t>amplasament</w:t>
      </w:r>
      <w:proofErr w:type="spellEnd"/>
      <w:r>
        <w:t xml:space="preserve">, </w:t>
      </w:r>
      <w:proofErr w:type="spellStart"/>
      <w:r>
        <w:t>rapoarte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materiale</w:t>
      </w:r>
      <w:proofErr w:type="spellEnd"/>
      <w:r>
        <w:t xml:space="preserve"> de </w:t>
      </w:r>
      <w:proofErr w:type="spellStart"/>
      <w:proofErr w:type="gramStart"/>
      <w:r>
        <w:t>mediu</w:t>
      </w:r>
      <w:proofErr w:type="spellEnd"/>
      <w:r>
        <w:t>;</w:t>
      </w:r>
      <w:proofErr w:type="gramEnd"/>
    </w:p>
    <w:p w14:paraId="629A0E91" w14:textId="77777777" w:rsidR="00677910" w:rsidRDefault="00677910" w:rsidP="00677910">
      <w:pPr>
        <w:spacing w:before="160" w:after="60" w:line="240" w:lineRule="auto"/>
      </w:pPr>
      <w:r>
        <w:t xml:space="preserve">• </w:t>
      </w:r>
      <w:proofErr w:type="spellStart"/>
      <w:r>
        <w:t>Fotografii</w:t>
      </w:r>
      <w:proofErr w:type="spellEnd"/>
      <w:r>
        <w:t xml:space="preserve"> ale </w:t>
      </w:r>
      <w:proofErr w:type="spellStart"/>
      <w:r>
        <w:t>amplasamentului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informații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proofErr w:type="gramStart"/>
      <w:r>
        <w:t>vecinătățile</w:t>
      </w:r>
      <w:proofErr w:type="spellEnd"/>
      <w:r>
        <w:t>;</w:t>
      </w:r>
      <w:proofErr w:type="gramEnd"/>
    </w:p>
    <w:p w14:paraId="4B2DBA66" w14:textId="77777777" w:rsidR="00677910" w:rsidRDefault="00677910" w:rsidP="00677910">
      <w:pPr>
        <w:spacing w:before="160" w:after="60" w:line="240" w:lineRule="auto"/>
      </w:pPr>
      <w:r>
        <w:t xml:space="preserve">• </w:t>
      </w:r>
      <w:proofErr w:type="spellStart"/>
      <w:r>
        <w:t>Acorduri</w:t>
      </w:r>
      <w:proofErr w:type="spellEnd"/>
      <w:r>
        <w:t xml:space="preserve"> </w:t>
      </w:r>
      <w:proofErr w:type="spellStart"/>
      <w:r>
        <w:t>vecini</w:t>
      </w:r>
      <w:proofErr w:type="spellEnd"/>
      <w:r>
        <w:t xml:space="preserve"> / </w:t>
      </w:r>
      <w:proofErr w:type="spellStart"/>
      <w:r>
        <w:t>asociație</w:t>
      </w:r>
      <w:proofErr w:type="spellEnd"/>
      <w:r>
        <w:t xml:space="preserve"> de </w:t>
      </w:r>
      <w:proofErr w:type="spellStart"/>
      <w:r>
        <w:t>proprietari</w:t>
      </w:r>
      <w:proofErr w:type="spellEnd"/>
      <w:r>
        <w:t xml:space="preserve">, </w:t>
      </w:r>
      <w:proofErr w:type="spellStart"/>
      <w:r>
        <w:t>când</w:t>
      </w:r>
      <w:proofErr w:type="spellEnd"/>
      <w:r>
        <w:t xml:space="preserve"> sunt </w:t>
      </w:r>
      <w:proofErr w:type="gramStart"/>
      <w:r>
        <w:t>solicitate;</w:t>
      </w:r>
      <w:proofErr w:type="gramEnd"/>
    </w:p>
    <w:p w14:paraId="71471B29" w14:textId="77777777" w:rsidR="00677910" w:rsidRDefault="00677910" w:rsidP="00677910">
      <w:pPr>
        <w:spacing w:before="160" w:after="60" w:line="240" w:lineRule="auto"/>
      </w:pPr>
      <w:r>
        <w:t xml:space="preserve">• Alte </w:t>
      </w:r>
      <w:proofErr w:type="spellStart"/>
      <w:r>
        <w:t>documente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funcție</w:t>
      </w:r>
      <w:proofErr w:type="spellEnd"/>
      <w:r>
        <w:t xml:space="preserve"> de </w:t>
      </w:r>
      <w:proofErr w:type="spellStart"/>
      <w:r>
        <w:t>specificul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 </w:t>
      </w:r>
      <w:proofErr w:type="spellStart"/>
      <w:r>
        <w:t>solicitările</w:t>
      </w:r>
      <w:proofErr w:type="spellEnd"/>
      <w:r>
        <w:t xml:space="preserve"> DSP / </w:t>
      </w:r>
      <w:proofErr w:type="spellStart"/>
      <w:r>
        <w:t>autorităților</w:t>
      </w:r>
      <w:proofErr w:type="spellEnd"/>
      <w:r>
        <w:t xml:space="preserve"> </w:t>
      </w:r>
      <w:proofErr w:type="spellStart"/>
      <w:r>
        <w:t>competente</w:t>
      </w:r>
      <w:proofErr w:type="spellEnd"/>
      <w:r>
        <w:t>.</w:t>
      </w:r>
    </w:p>
    <w:p w14:paraId="6E641BE1" w14:textId="45B48E0C" w:rsidR="00C879F9" w:rsidRDefault="00000000" w:rsidP="00677910">
      <w:pPr>
        <w:spacing w:before="160" w:after="60"/>
      </w:pPr>
      <w:r>
        <w:rPr>
          <w:b/>
          <w:color w:val="1F61B8"/>
          <w:sz w:val="22"/>
        </w:rPr>
        <w:t>6. DECLARAȚIE</w:t>
      </w:r>
    </w:p>
    <w:p w14:paraId="118E7988" w14:textId="4CEC84F9" w:rsidR="00C879F9" w:rsidRDefault="00FC4BE1">
      <w:r>
        <w:t xml:space="preserve">   </w:t>
      </w:r>
      <w:proofErr w:type="spellStart"/>
      <w:r w:rsidR="00000000">
        <w:t>Declar</w:t>
      </w:r>
      <w:proofErr w:type="spellEnd"/>
      <w:r w:rsidR="00000000">
        <w:t xml:space="preserve"> </w:t>
      </w:r>
      <w:proofErr w:type="spellStart"/>
      <w:r w:rsidR="00000000">
        <w:t>că</w:t>
      </w:r>
      <w:proofErr w:type="spellEnd"/>
      <w:r w:rsidR="00000000">
        <w:t xml:space="preserve"> </w:t>
      </w:r>
      <w:proofErr w:type="spellStart"/>
      <w:r w:rsidR="00000000">
        <w:t>informațiile</w:t>
      </w:r>
      <w:proofErr w:type="spellEnd"/>
      <w:r w:rsidR="00000000">
        <w:t xml:space="preserve"> </w:t>
      </w:r>
      <w:proofErr w:type="spellStart"/>
      <w:r w:rsidR="00000000">
        <w:t>și</w:t>
      </w:r>
      <w:proofErr w:type="spellEnd"/>
      <w:r w:rsidR="00000000">
        <w:t xml:space="preserve"> </w:t>
      </w:r>
      <w:proofErr w:type="spellStart"/>
      <w:r w:rsidR="00000000">
        <w:t>documentele</w:t>
      </w:r>
      <w:proofErr w:type="spellEnd"/>
      <w:r w:rsidR="00000000">
        <w:t xml:space="preserve"> puse la dispoziție sunt reale și complete, în limita cunoștințelor mele, și îmi asum transmiterea documentelor suplimentare necesare pentru analiza proiectului, dacă acestea vor fi solicitate.</w:t>
      </w:r>
    </w:p>
    <w:p w14:paraId="21D91460" w14:textId="77777777" w:rsidR="00C879F9" w:rsidRDefault="00000000">
      <w:pPr>
        <w:spacing w:before="240"/>
      </w:pPr>
      <w:r>
        <w:rPr>
          <w:b/>
        </w:rPr>
        <w:t>Data: ........................................</w:t>
      </w:r>
      <w:r>
        <w:rPr>
          <w:b/>
        </w:rPr>
        <w:br/>
        <w:t>Semnătura / ștampila solicitantului: ........................................</w:t>
      </w:r>
    </w:p>
    <w:p w14:paraId="1FEF62AC" w14:textId="77777777" w:rsidR="00C879F9" w:rsidRDefault="00000000">
      <w:pPr>
        <w:spacing w:before="160"/>
      </w:pPr>
      <w:r>
        <w:rPr>
          <w:i/>
          <w:color w:val="5A6473"/>
          <w:sz w:val="18"/>
        </w:rPr>
        <w:t>Notă: Lista documentelor are caracter orientativ. Documentele necesare pot varia în funcție de tipul obiectivului, amplasament, etapa de reglementare, cerințele DSP, documentația urbanistică și procedura de mediu aplicabilă.</w:t>
      </w:r>
    </w:p>
    <w:sectPr w:rsidR="00C879F9" w:rsidSect="00152BD4">
      <w:headerReference w:type="default" r:id="rId8"/>
      <w:footerReference w:type="default" r:id="rId9"/>
      <w:pgSz w:w="11909" w:h="16834" w:code="9"/>
      <w:pgMar w:top="763" w:right="965" w:bottom="763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41A74" w14:textId="77777777" w:rsidR="003172BC" w:rsidRDefault="003172BC">
      <w:pPr>
        <w:spacing w:after="0" w:line="240" w:lineRule="auto"/>
      </w:pPr>
      <w:r>
        <w:separator/>
      </w:r>
    </w:p>
  </w:endnote>
  <w:endnote w:type="continuationSeparator" w:id="0">
    <w:p w14:paraId="5C7ACEC9" w14:textId="77777777" w:rsidR="003172BC" w:rsidRDefault="00317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A760F" w14:textId="77777777" w:rsidR="00C879F9" w:rsidRDefault="00000000">
    <w:pPr>
      <w:pStyle w:val="Footer"/>
      <w:jc w:val="center"/>
    </w:pPr>
    <w:r>
      <w:rPr>
        <w:color w:val="505F73"/>
        <w:sz w:val="15"/>
      </w:rPr>
      <w:t>S.C. MEDCONSULTING EXPERT S.R.L. | CUI 54459640 | J2026023726004 | office@medconsultingexpert.ro | Tel.: +40 741 027 654 / +40 741 203 354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79643" w14:textId="77777777" w:rsidR="003172BC" w:rsidRDefault="003172BC">
      <w:pPr>
        <w:spacing w:after="0" w:line="240" w:lineRule="auto"/>
      </w:pPr>
      <w:r>
        <w:separator/>
      </w:r>
    </w:p>
  </w:footnote>
  <w:footnote w:type="continuationSeparator" w:id="0">
    <w:p w14:paraId="7111C29A" w14:textId="77777777" w:rsidR="003172BC" w:rsidRDefault="00317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C1F2D" w14:textId="77777777" w:rsidR="00C879F9" w:rsidRDefault="00000000" w:rsidP="00152BD4">
    <w:pPr>
      <w:pStyle w:val="Header"/>
    </w:pPr>
    <w:r>
      <w:rPr>
        <w:noProof/>
      </w:rPr>
      <w:drawing>
        <wp:inline distT="0" distB="0" distL="0" distR="0" wp14:anchorId="2F21B04F" wp14:editId="387E4363">
          <wp:extent cx="4124325" cy="969231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edconsulting-expert.png"/>
                  <pic:cNvPicPr/>
                </pic:nvPicPr>
                <pic:blipFill rotWithShape="1">
                  <a:blip r:embed="rId1"/>
                  <a:srcRect t="22135" b="25583"/>
                  <a:stretch>
                    <a:fillRect/>
                  </a:stretch>
                </pic:blipFill>
                <pic:spPr bwMode="auto">
                  <a:xfrm>
                    <a:off x="0" y="0"/>
                    <a:ext cx="4129718" cy="9704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2505498">
    <w:abstractNumId w:val="8"/>
  </w:num>
  <w:num w:numId="2" w16cid:durableId="166210786">
    <w:abstractNumId w:val="6"/>
  </w:num>
  <w:num w:numId="3" w16cid:durableId="1216770763">
    <w:abstractNumId w:val="5"/>
  </w:num>
  <w:num w:numId="4" w16cid:durableId="1215504664">
    <w:abstractNumId w:val="4"/>
  </w:num>
  <w:num w:numId="5" w16cid:durableId="93941267">
    <w:abstractNumId w:val="7"/>
  </w:num>
  <w:num w:numId="6" w16cid:durableId="971710794">
    <w:abstractNumId w:val="3"/>
  </w:num>
  <w:num w:numId="7" w16cid:durableId="1101024956">
    <w:abstractNumId w:val="2"/>
  </w:num>
  <w:num w:numId="8" w16cid:durableId="1483278270">
    <w:abstractNumId w:val="1"/>
  </w:num>
  <w:num w:numId="9" w16cid:durableId="1306473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13FF1"/>
    <w:rsid w:val="0015074B"/>
    <w:rsid w:val="00152BD4"/>
    <w:rsid w:val="0029639D"/>
    <w:rsid w:val="0031164F"/>
    <w:rsid w:val="003172BC"/>
    <w:rsid w:val="00326F90"/>
    <w:rsid w:val="00677910"/>
    <w:rsid w:val="0069757B"/>
    <w:rsid w:val="008826BE"/>
    <w:rsid w:val="00AA1D8D"/>
    <w:rsid w:val="00B47730"/>
    <w:rsid w:val="00C879F9"/>
    <w:rsid w:val="00CB0664"/>
    <w:rsid w:val="00FC4BE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BCADFA"/>
  <w14:defaultImageDpi w14:val="300"/>
  <w15:docId w15:val="{92EED3CD-5A94-4097-90D2-196A4E297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after="100"/>
    </w:pPr>
    <w:rPr>
      <w:rFonts w:ascii="Arial" w:eastAsia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Ghiorghita, Alexandru</cp:lastModifiedBy>
  <cp:revision>4</cp:revision>
  <dcterms:created xsi:type="dcterms:W3CDTF">2026-05-15T05:40:00Z</dcterms:created>
  <dcterms:modified xsi:type="dcterms:W3CDTF">2026-05-15T06:46:00Z</dcterms:modified>
  <cp:category/>
</cp:coreProperties>
</file>